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767E" w14:textId="4C309CA3" w:rsidR="00522E45" w:rsidRDefault="00B975A4">
      <w:pPr>
        <w:jc w:val="center"/>
      </w:pPr>
      <w:r>
        <w:rPr>
          <w:b/>
          <w:noProof/>
          <w:sz w:val="36"/>
        </w:rPr>
        <w:drawing>
          <wp:inline distT="0" distB="0" distL="0" distR="0" wp14:anchorId="7FF5FDEA" wp14:editId="65E7D973">
            <wp:extent cx="3860800" cy="1517650"/>
            <wp:effectExtent l="0" t="0" r="0" b="0"/>
            <wp:docPr id="1708832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32200" name="Picture 1708832200"/>
                    <pic:cNvPicPr/>
                  </pic:nvPicPr>
                  <pic:blipFill>
                    <a:blip r:embed="rId6"/>
                    <a:stretch>
                      <a:fillRect/>
                    </a:stretch>
                  </pic:blipFill>
                  <pic:spPr>
                    <a:xfrm>
                      <a:off x="0" y="0"/>
                      <a:ext cx="3860800" cy="1517650"/>
                    </a:xfrm>
                    <a:prstGeom prst="rect">
                      <a:avLst/>
                    </a:prstGeom>
                  </pic:spPr>
                </pic:pic>
              </a:graphicData>
            </a:graphic>
          </wp:inline>
        </w:drawing>
      </w:r>
      <w:r w:rsidR="00327E6A">
        <w:rPr>
          <w:b/>
          <w:sz w:val="36"/>
        </w:rPr>
        <w:br/>
      </w:r>
      <w:r w:rsidR="00327E6A" w:rsidRPr="00AD5597">
        <w:rPr>
          <w:b/>
          <w:sz w:val="36"/>
          <w:szCs w:val="28"/>
        </w:rPr>
        <w:t>APPLICATION / NEW HIRE CHECKLIST</w:t>
      </w:r>
      <w:r w:rsidR="00327E6A">
        <w:rPr>
          <w:b/>
          <w:sz w:val="28"/>
        </w:rPr>
        <w:br/>
      </w:r>
      <w:r w:rsidR="00327E6A">
        <w:rPr>
          <w:i/>
          <w:sz w:val="20"/>
        </w:rPr>
        <w:t>(All items must be placed in the employee's personnel record)</w:t>
      </w:r>
    </w:p>
    <w:p w14:paraId="4D3B8801" w14:textId="77777777" w:rsidR="00522E45" w:rsidRDefault="00327E6A">
      <w:pPr>
        <w:spacing w:before="240"/>
      </w:pPr>
      <w:r>
        <w:rPr>
          <w:b/>
        </w:rPr>
        <w:t>PRE-EMPLOYMENT ORIENTATION</w:t>
      </w:r>
    </w:p>
    <w:p w14:paraId="7FDD6C18" w14:textId="7A3D665A" w:rsidR="00522E45" w:rsidRDefault="00327E6A">
      <w:pPr>
        <w:spacing w:after="120"/>
      </w:pPr>
      <w:r>
        <w:t>1. Application completed (includes):</w:t>
      </w:r>
      <w:r>
        <w:br/>
        <w:t xml:space="preserve"> </w:t>
      </w:r>
      <w:r w:rsidR="00574008">
        <w:t>2</w:t>
      </w:r>
      <w:r>
        <w:t xml:space="preserve"> • Application Form and Addendum</w:t>
      </w:r>
      <w:r>
        <w:br/>
        <w:t xml:space="preserve"> </w:t>
      </w:r>
      <w:r w:rsidR="00574008">
        <w:t xml:space="preserve">3 </w:t>
      </w:r>
      <w:r>
        <w:t>• Verification of Licensure/Certification</w:t>
      </w:r>
      <w:r>
        <w:br/>
        <w:t xml:space="preserve"> </w:t>
      </w:r>
      <w:r w:rsidR="00574008">
        <w:t>4</w:t>
      </w:r>
      <w:r>
        <w:t xml:space="preserve"> • Resume with Experience and List of Competencies</w:t>
      </w:r>
    </w:p>
    <w:p w14:paraId="6C88DDD6" w14:textId="406D8B56" w:rsidR="00522E45" w:rsidRDefault="00574008">
      <w:pPr>
        <w:spacing w:after="120"/>
      </w:pPr>
      <w:r>
        <w:t>5.</w:t>
      </w:r>
      <w:r w:rsidR="00327E6A">
        <w:t xml:space="preserve"> I-9 Documents (work authorization, if required, photo ID) * ___</w:t>
      </w:r>
      <w:r w:rsidR="00327E6A">
        <w:t>____________________</w:t>
      </w:r>
    </w:p>
    <w:p w14:paraId="59B3442A" w14:textId="12620AF8" w:rsidR="00522E45" w:rsidRDefault="00574008">
      <w:pPr>
        <w:spacing w:after="120"/>
      </w:pPr>
      <w:r>
        <w:t xml:space="preserve">6. </w:t>
      </w:r>
      <w:r w:rsidR="00327E6A">
        <w:t>Health screening (TB, Hepatitis B, Physicals) results* _______________________</w:t>
      </w:r>
    </w:p>
    <w:p w14:paraId="4D4AEEFA" w14:textId="4306AA56" w:rsidR="00522E45" w:rsidRDefault="00574008">
      <w:pPr>
        <w:spacing w:after="120"/>
      </w:pPr>
      <w:r>
        <w:t>7.</w:t>
      </w:r>
      <w:r w:rsidR="00327E6A">
        <w:t xml:space="preserve"> Satisfactory BCI / FBI Background Check* _______________________</w:t>
      </w:r>
    </w:p>
    <w:p w14:paraId="4EBEBFFD" w14:textId="44D15098" w:rsidR="00522E45" w:rsidRDefault="00574008">
      <w:pPr>
        <w:spacing w:after="120"/>
      </w:pPr>
      <w:r>
        <w:t>8.</w:t>
      </w:r>
      <w:r w:rsidR="00327E6A">
        <w:t xml:space="preserve"> Reference </w:t>
      </w:r>
      <w:r>
        <w:t>Check _</w:t>
      </w:r>
      <w:r w:rsidR="00327E6A">
        <w:t>______________________</w:t>
      </w:r>
    </w:p>
    <w:p w14:paraId="06D83E95" w14:textId="2E6A758A" w:rsidR="00522E45" w:rsidRDefault="00574008">
      <w:pPr>
        <w:spacing w:after="120"/>
      </w:pPr>
      <w:r>
        <w:t>9.</w:t>
      </w:r>
      <w:r w:rsidR="00327E6A">
        <w:t xml:space="preserve"> Valid OHIO Driver's </w:t>
      </w:r>
      <w:r>
        <w:t>License _</w:t>
      </w:r>
      <w:r w:rsidR="00327E6A">
        <w:t>______________________</w:t>
      </w:r>
    </w:p>
    <w:p w14:paraId="30E57C4C" w14:textId="365441DD" w:rsidR="00522E45" w:rsidRDefault="00574008">
      <w:pPr>
        <w:spacing w:after="120"/>
      </w:pPr>
      <w:r>
        <w:t>10.</w:t>
      </w:r>
      <w:r w:rsidR="00327E6A">
        <w:t xml:space="preserve"> CPR </w:t>
      </w:r>
      <w:r>
        <w:t>Certificate _</w:t>
      </w:r>
      <w:r w:rsidR="00327E6A">
        <w:t>______________________</w:t>
      </w:r>
    </w:p>
    <w:p w14:paraId="6EDE42DA" w14:textId="7F7D8381" w:rsidR="00522E45" w:rsidRDefault="00574008">
      <w:pPr>
        <w:spacing w:after="120"/>
      </w:pPr>
      <w:r>
        <w:t>11.</w:t>
      </w:r>
      <w:r w:rsidR="00327E6A">
        <w:t xml:space="preserve"> Other:  __________________________________________________</w:t>
      </w:r>
    </w:p>
    <w:p w14:paraId="5FB79DD4" w14:textId="77777777" w:rsidR="00522E45" w:rsidRDefault="00327E6A">
      <w:pPr>
        <w:spacing w:before="240"/>
      </w:pPr>
      <w:r>
        <w:rPr>
          <w:i/>
        </w:rPr>
        <w:t>My signature below verifies that I have received all the required documents to complete my application, that I have participated in the above orientation session and received all information required to carry out my duties for the position for which I was hired.</w:t>
      </w:r>
    </w:p>
    <w:p w14:paraId="428C9B7A" w14:textId="652A4ED2" w:rsidR="00574008" w:rsidRDefault="00327E6A">
      <w:pPr>
        <w:spacing w:before="360"/>
      </w:pPr>
      <w:r>
        <w:t>Employee Printed Name: ______________________</w:t>
      </w:r>
      <w:r w:rsidR="00574008">
        <w:t>_ Signature</w:t>
      </w:r>
      <w:r>
        <w:t xml:space="preserve">: _______________________  </w:t>
      </w:r>
    </w:p>
    <w:p w14:paraId="222EB8F1" w14:textId="0D2AEB2B" w:rsidR="00522E45" w:rsidRDefault="00327E6A">
      <w:pPr>
        <w:spacing w:before="360"/>
      </w:pPr>
      <w:r>
        <w:t>Date: __________</w:t>
      </w:r>
    </w:p>
    <w:p w14:paraId="4526C764" w14:textId="79D8B13B" w:rsidR="00574008" w:rsidRDefault="00327E6A">
      <w:pPr>
        <w:spacing w:before="240"/>
      </w:pPr>
      <w:r>
        <w:t>Staff Printed Name &amp; Title: __________________</w:t>
      </w:r>
      <w:r w:rsidR="00574008">
        <w:t>_ Signature</w:t>
      </w:r>
      <w:r>
        <w:t xml:space="preserve">: _______________________  </w:t>
      </w:r>
    </w:p>
    <w:p w14:paraId="7579B0BE" w14:textId="274833A5" w:rsidR="00522E45" w:rsidRDefault="00327E6A">
      <w:pPr>
        <w:spacing w:before="240"/>
      </w:pPr>
      <w:r>
        <w:t>Date: __________</w:t>
      </w:r>
      <w:r w:rsidR="008C1C1D">
        <w:t xml:space="preserve">                                                                                                                                                                               </w:t>
      </w:r>
    </w:p>
    <w:p w14:paraId="587E55E5" w14:textId="77777777" w:rsidR="00522E45" w:rsidRDefault="00327E6A">
      <w:r>
        <w:br w:type="page"/>
      </w:r>
    </w:p>
    <w:p w14:paraId="01B20930" w14:textId="77777777" w:rsidR="00522E45" w:rsidRPr="00AD5597" w:rsidRDefault="00327E6A">
      <w:pPr>
        <w:spacing w:after="120"/>
        <w:jc w:val="center"/>
        <w:rPr>
          <w:sz w:val="28"/>
          <w:szCs w:val="28"/>
        </w:rPr>
      </w:pPr>
      <w:r w:rsidRPr="00AD5597">
        <w:rPr>
          <w:b/>
          <w:sz w:val="28"/>
          <w:szCs w:val="28"/>
        </w:rPr>
        <w:lastRenderedPageBreak/>
        <w:t>An Equal Opportunity Employer</w:t>
      </w:r>
    </w:p>
    <w:p w14:paraId="2617257F" w14:textId="77777777" w:rsidR="00522E45" w:rsidRDefault="00327E6A">
      <w:pPr>
        <w:jc w:val="both"/>
      </w:pPr>
      <w:r>
        <w:t>We are committed to providing equal employment opportunities to all applicants and employees without regard to race, color, religion, national origin, sex, age, disability, or any other status protected by law. Selection decisions are based on qualifications, merit, and business needs.</w:t>
      </w:r>
    </w:p>
    <w:p w14:paraId="61062F4F" w14:textId="77777777" w:rsidR="00522E45" w:rsidRDefault="00327E6A">
      <w:pPr>
        <w:spacing w:before="360"/>
      </w:pPr>
      <w:r>
        <w:rPr>
          <w:b/>
        </w:rPr>
        <w:t>Applicant Information</w:t>
      </w:r>
    </w:p>
    <w:p w14:paraId="4551E70E" w14:textId="77777777" w:rsidR="00522E45" w:rsidRDefault="00327E6A">
      <w:pPr>
        <w:spacing w:after="160"/>
      </w:pPr>
      <w:r>
        <w:t>Full Name: __________________________________________________</w:t>
      </w:r>
    </w:p>
    <w:p w14:paraId="7219D980" w14:textId="77777777" w:rsidR="00522E45" w:rsidRDefault="00327E6A">
      <w:pPr>
        <w:spacing w:after="160"/>
      </w:pPr>
      <w:r>
        <w:t>Street Address: ______________________________________________</w:t>
      </w:r>
    </w:p>
    <w:p w14:paraId="64BA0666" w14:textId="77777777" w:rsidR="00522E45" w:rsidRDefault="00327E6A">
      <w:pPr>
        <w:spacing w:after="160"/>
      </w:pPr>
      <w:r>
        <w:t>City: ______________________  State: _________  Zip Code: ____________</w:t>
      </w:r>
    </w:p>
    <w:p w14:paraId="4F945D7B" w14:textId="77777777" w:rsidR="00522E45" w:rsidRDefault="00327E6A">
      <w:pPr>
        <w:spacing w:after="160"/>
      </w:pPr>
      <w:r>
        <w:t>Phone Number: _____________________  Email Address: _____________________</w:t>
      </w:r>
    </w:p>
    <w:p w14:paraId="09D31D24" w14:textId="77777777" w:rsidR="00522E45" w:rsidRDefault="00327E6A">
      <w:pPr>
        <w:spacing w:after="160"/>
      </w:pPr>
      <w:r>
        <w:t>Date of Application: _______________  Social Security Number (SSN): _______________</w:t>
      </w:r>
    </w:p>
    <w:p w14:paraId="03119F4F" w14:textId="77777777" w:rsidR="00522E45" w:rsidRDefault="00327E6A">
      <w:pPr>
        <w:spacing w:after="160"/>
      </w:pPr>
      <w:r>
        <w:t>Date of Birth (DOB): _______________  Position Applied For: ______________________</w:t>
      </w:r>
    </w:p>
    <w:p w14:paraId="56195A23" w14:textId="326DCB37" w:rsidR="00522E45" w:rsidRPr="008C1C1D" w:rsidRDefault="008C1C1D">
      <w:pPr>
        <w:spacing w:before="280"/>
        <w:rPr>
          <w:sz w:val="28"/>
          <w:szCs w:val="28"/>
        </w:rPr>
      </w:pPr>
      <w:r>
        <w:rPr>
          <w:b/>
          <w:sz w:val="28"/>
          <w:szCs w:val="28"/>
        </w:rPr>
        <w:t>Prior Facility</w:t>
      </w:r>
      <w:r w:rsidRPr="008C1C1D">
        <w:rPr>
          <w:b/>
          <w:sz w:val="28"/>
          <w:szCs w:val="28"/>
        </w:rPr>
        <w:t xml:space="preserve"> History</w:t>
      </w:r>
    </w:p>
    <w:p w14:paraId="25A3D2A7" w14:textId="77777777" w:rsidR="00522E45" w:rsidRDefault="00327E6A">
      <w:r>
        <w:t>Have you applied to this facility before?    [  ] Yes   [  ] No</w:t>
      </w:r>
    </w:p>
    <w:p w14:paraId="18D5044C" w14:textId="77777777" w:rsidR="00522E45" w:rsidRDefault="00327E6A">
      <w:r>
        <w:t>If yes, when? ___________________________</w:t>
      </w:r>
    </w:p>
    <w:p w14:paraId="3F1290DB" w14:textId="77777777" w:rsidR="00522E45" w:rsidRDefault="00327E6A">
      <w:r>
        <w:t>Have you been employed by this facility before?    [  ] Yes   [  ] No</w:t>
      </w:r>
    </w:p>
    <w:p w14:paraId="464BF2B5" w14:textId="77777777" w:rsidR="00522E45" w:rsidRDefault="00327E6A">
      <w:r>
        <w:t>If yes, when? ___________________________</w:t>
      </w:r>
    </w:p>
    <w:p w14:paraId="6AAAD8BA" w14:textId="77777777" w:rsidR="00522E45" w:rsidRPr="008C1C1D" w:rsidRDefault="00327E6A">
      <w:pPr>
        <w:spacing w:before="280"/>
        <w:rPr>
          <w:sz w:val="28"/>
          <w:szCs w:val="28"/>
        </w:rPr>
      </w:pPr>
      <w:r w:rsidRPr="008C1C1D">
        <w:rPr>
          <w:b/>
          <w:sz w:val="28"/>
          <w:szCs w:val="28"/>
        </w:rPr>
        <w:t>Legal and Employment Status</w:t>
      </w:r>
    </w:p>
    <w:p w14:paraId="374942A5" w14:textId="77777777" w:rsidR="00522E45" w:rsidRDefault="00327E6A">
      <w:pPr>
        <w:spacing w:after="120"/>
      </w:pPr>
      <w:r>
        <w:t>Have you been convicted of a law violation? (Exclude minor traffic violations.)    [  ] Yes   [  ] No</w:t>
      </w:r>
    </w:p>
    <w:p w14:paraId="108E7D13" w14:textId="77777777" w:rsidR="00522E45" w:rsidRDefault="00327E6A">
      <w:pPr>
        <w:spacing w:after="120"/>
      </w:pPr>
      <w:r>
        <w:t>If yes, provide details:</w:t>
      </w:r>
      <w:r>
        <w:br/>
        <w:t>__________________________________________________________________________________________</w:t>
      </w:r>
    </w:p>
    <w:p w14:paraId="4561002B" w14:textId="77777777" w:rsidR="00522E45" w:rsidRDefault="00327E6A">
      <w:pPr>
        <w:spacing w:after="120"/>
      </w:pPr>
      <w:r>
        <w:t>Will you engage in other employment or business while working here?    [  ] Yes   [  ] No</w:t>
      </w:r>
    </w:p>
    <w:p w14:paraId="3550494A" w14:textId="53AED191" w:rsidR="00522E45" w:rsidRDefault="00327E6A">
      <w:pPr>
        <w:spacing w:after="120"/>
      </w:pPr>
      <w:r>
        <w:t>If yes, provide details:</w:t>
      </w:r>
      <w:r>
        <w:br/>
        <w:t>____________________________________________________________________________</w:t>
      </w:r>
    </w:p>
    <w:p w14:paraId="6418634A" w14:textId="77777777" w:rsidR="00522E45" w:rsidRDefault="00327E6A">
      <w:pPr>
        <w:spacing w:after="120"/>
      </w:pPr>
      <w:r>
        <w:t>Do you have a valid driver's license?    [  ] Yes   [  ] No</w:t>
      </w:r>
    </w:p>
    <w:p w14:paraId="29CB08C9" w14:textId="77777777" w:rsidR="00574008" w:rsidRDefault="00327E6A">
      <w:pPr>
        <w:spacing w:after="120"/>
      </w:pPr>
      <w:r>
        <w:t>License Number: ________________________   Class: _________   State: _________</w:t>
      </w:r>
    </w:p>
    <w:p w14:paraId="764FCF06" w14:textId="3CAC1DD0" w:rsidR="00522E45" w:rsidRDefault="00327E6A">
      <w:pPr>
        <w:spacing w:after="120"/>
      </w:pPr>
      <w:r>
        <w:t xml:space="preserve">Have your driving privileges been suspended or revoked in the past three years?    </w:t>
      </w:r>
      <w:proofErr w:type="gramStart"/>
      <w:r w:rsidR="00AD5597">
        <w:t>[ ]</w:t>
      </w:r>
      <w:proofErr w:type="gramEnd"/>
      <w:r>
        <w:t xml:space="preserve"> </w:t>
      </w:r>
      <w:r w:rsidR="00B975A4">
        <w:t xml:space="preserve">Yes </w:t>
      </w:r>
      <w:proofErr w:type="gramStart"/>
      <w:r w:rsidR="00B975A4">
        <w:t>[</w:t>
      </w:r>
      <w:r>
        <w:t xml:space="preserve">  ]</w:t>
      </w:r>
      <w:proofErr w:type="gramEnd"/>
      <w:r>
        <w:t xml:space="preserve"> </w:t>
      </w:r>
      <w:r>
        <w:t>No</w:t>
      </w:r>
    </w:p>
    <w:p w14:paraId="6EC5FE55" w14:textId="0A60DDCE" w:rsidR="00522E45" w:rsidRDefault="00327E6A">
      <w:pPr>
        <w:spacing w:after="120"/>
      </w:pPr>
      <w:r>
        <w:t>If yes, provide details:</w:t>
      </w:r>
      <w:r>
        <w:br/>
        <w:t>____________________________________________________________________________</w:t>
      </w:r>
    </w:p>
    <w:p w14:paraId="3CBAE51C" w14:textId="77777777" w:rsidR="00522E45" w:rsidRPr="00574008" w:rsidRDefault="00327E6A">
      <w:pPr>
        <w:spacing w:before="280"/>
        <w:rPr>
          <w:sz w:val="28"/>
          <w:szCs w:val="28"/>
        </w:rPr>
      </w:pPr>
      <w:r w:rsidRPr="00574008">
        <w:rPr>
          <w:b/>
          <w:sz w:val="28"/>
          <w:szCs w:val="28"/>
        </w:rPr>
        <w:lastRenderedPageBreak/>
        <w:t>Education</w:t>
      </w:r>
    </w:p>
    <w:p w14:paraId="68F4421B" w14:textId="77777777" w:rsidR="00522E45" w:rsidRPr="00574008" w:rsidRDefault="00327E6A">
      <w:pPr>
        <w:rPr>
          <w:sz w:val="32"/>
          <w:szCs w:val="32"/>
        </w:rPr>
      </w:pPr>
      <w:r w:rsidRPr="00574008">
        <w:rPr>
          <w:b/>
          <w:sz w:val="32"/>
          <w:szCs w:val="32"/>
        </w:rPr>
        <w:t>College / University</w:t>
      </w:r>
    </w:p>
    <w:p w14:paraId="6CF98D1E" w14:textId="77777777" w:rsidR="00B975A4" w:rsidRDefault="00327E6A">
      <w:r>
        <w:t>School Name &amp; Location: ______________________________________________________</w:t>
      </w:r>
      <w:r>
        <w:br/>
      </w:r>
    </w:p>
    <w:p w14:paraId="7D98E4F7" w14:textId="02E381DC" w:rsidR="00522E45" w:rsidRDefault="00327E6A">
      <w:r>
        <w:t>Years Completed: _________</w:t>
      </w:r>
      <w:r w:rsidR="00AD5597">
        <w:t>_ Degree</w:t>
      </w:r>
      <w:r>
        <w:t>/Certificate: _________</w:t>
      </w:r>
      <w:r w:rsidR="00AD5597">
        <w:t>_ Field</w:t>
      </w:r>
      <w:r>
        <w:t xml:space="preserve"> of Study: ________________</w:t>
      </w:r>
    </w:p>
    <w:p w14:paraId="6D94CBCB" w14:textId="77777777" w:rsidR="00522E45" w:rsidRPr="00574008" w:rsidRDefault="00327E6A">
      <w:pPr>
        <w:spacing w:before="160"/>
        <w:rPr>
          <w:sz w:val="28"/>
          <w:szCs w:val="28"/>
        </w:rPr>
      </w:pPr>
      <w:r w:rsidRPr="00574008">
        <w:rPr>
          <w:b/>
          <w:sz w:val="28"/>
          <w:szCs w:val="28"/>
        </w:rPr>
        <w:t>Vocational / Technical School</w:t>
      </w:r>
    </w:p>
    <w:p w14:paraId="202DF5BD" w14:textId="77777777" w:rsidR="00B975A4" w:rsidRDefault="00327E6A">
      <w:r>
        <w:t>School Name &amp; Location: ______________________________________________________</w:t>
      </w:r>
      <w:r>
        <w:br/>
      </w:r>
    </w:p>
    <w:p w14:paraId="005B1287" w14:textId="6D048323" w:rsidR="00522E45" w:rsidRDefault="00327E6A">
      <w:r>
        <w:t>Years Completed: _________</w:t>
      </w:r>
      <w:r w:rsidR="00B975A4">
        <w:t>_ Degree</w:t>
      </w:r>
      <w:r>
        <w:t>/Certificate: _________</w:t>
      </w:r>
      <w:r w:rsidR="00B975A4">
        <w:t>_ Field</w:t>
      </w:r>
      <w:r>
        <w:t xml:space="preserve"> of Study: ________________</w:t>
      </w:r>
    </w:p>
    <w:p w14:paraId="40E2682F" w14:textId="77777777" w:rsidR="00522E45" w:rsidRPr="00574008" w:rsidRDefault="00327E6A">
      <w:pPr>
        <w:spacing w:before="280"/>
        <w:rPr>
          <w:sz w:val="28"/>
          <w:szCs w:val="28"/>
        </w:rPr>
      </w:pPr>
      <w:r w:rsidRPr="00574008">
        <w:rPr>
          <w:b/>
          <w:sz w:val="28"/>
          <w:szCs w:val="28"/>
        </w:rPr>
        <w:t>Skills and Equipment Proficiency</w:t>
      </w:r>
    </w:p>
    <w:p w14:paraId="48C3B42F" w14:textId="77777777" w:rsidR="00522E45" w:rsidRDefault="00327E6A">
      <w:r>
        <w:t>Relevant Skills or Training:</w:t>
      </w:r>
      <w:r>
        <w:br/>
        <w:t>__________________________________________________________________________________________</w:t>
      </w:r>
    </w:p>
    <w:p w14:paraId="16E44086" w14:textId="77777777" w:rsidR="00522E45" w:rsidRDefault="00327E6A">
      <w:r>
        <w:t>Machines/Equipment Operated:</w:t>
      </w:r>
      <w:r>
        <w:br/>
        <w:t>__________________________________________________________________________________________</w:t>
      </w:r>
    </w:p>
    <w:p w14:paraId="4D8C192A" w14:textId="77777777" w:rsidR="00522E45" w:rsidRPr="00574008" w:rsidRDefault="00327E6A">
      <w:pPr>
        <w:spacing w:before="280"/>
        <w:rPr>
          <w:sz w:val="28"/>
          <w:szCs w:val="28"/>
        </w:rPr>
      </w:pPr>
      <w:r w:rsidRPr="00574008">
        <w:rPr>
          <w:b/>
          <w:sz w:val="28"/>
          <w:szCs w:val="28"/>
        </w:rPr>
        <w:t>Employment History</w:t>
      </w:r>
    </w:p>
    <w:p w14:paraId="12AE3AD9" w14:textId="77777777" w:rsidR="00522E45" w:rsidRDefault="00327E6A">
      <w:r>
        <w:rPr>
          <w:i/>
        </w:rPr>
        <w:t>(List periods of employment starting with the most recent)</w:t>
      </w:r>
    </w:p>
    <w:p w14:paraId="1486A663" w14:textId="77777777" w:rsidR="00574008" w:rsidRDefault="00574008">
      <w:pPr>
        <w:spacing w:before="200"/>
        <w:rPr>
          <w:b/>
        </w:rPr>
      </w:pPr>
    </w:p>
    <w:p w14:paraId="41146176" w14:textId="390D7EF7" w:rsidR="00522E45" w:rsidRPr="00B975A4" w:rsidRDefault="00AD5597">
      <w:pPr>
        <w:spacing w:before="200"/>
        <w:rPr>
          <w:b/>
          <w:sz w:val="28"/>
          <w:szCs w:val="28"/>
        </w:rPr>
      </w:pPr>
      <w:r w:rsidRPr="00574008">
        <w:rPr>
          <w:b/>
          <w:sz w:val="28"/>
          <w:szCs w:val="28"/>
        </w:rPr>
        <w:t>[Position</w:t>
      </w:r>
      <w:r w:rsidR="00327E6A" w:rsidRPr="00574008">
        <w:rPr>
          <w:b/>
          <w:sz w:val="28"/>
          <w:szCs w:val="28"/>
        </w:rPr>
        <w:t xml:space="preserve"> </w:t>
      </w:r>
      <w:r w:rsidR="00B975A4">
        <w:rPr>
          <w:b/>
          <w:sz w:val="28"/>
          <w:szCs w:val="28"/>
        </w:rPr>
        <w:t>[</w:t>
      </w:r>
      <w:r w:rsidR="00B975A4" w:rsidRPr="00574008">
        <w:rPr>
          <w:b/>
          <w:sz w:val="28"/>
          <w:szCs w:val="28"/>
        </w:rPr>
        <w:t>1</w:t>
      </w:r>
      <w:r w:rsidR="00B975A4">
        <w:rPr>
          <w:b/>
          <w:sz w:val="28"/>
          <w:szCs w:val="28"/>
        </w:rPr>
        <w:t>]</w:t>
      </w:r>
    </w:p>
    <w:p w14:paraId="6A779753" w14:textId="77777777" w:rsidR="00574008" w:rsidRDefault="00574008"/>
    <w:p w14:paraId="45EBC269" w14:textId="472C2064" w:rsidR="00522E45" w:rsidRDefault="00327E6A">
      <w:r>
        <w:t>Employer Name &amp; Address: __________________________________________________________________</w:t>
      </w:r>
      <w:r>
        <w:br/>
        <w:t>Job Title &amp; Duties: _______________________________________________________________________</w:t>
      </w:r>
      <w:r>
        <w:br/>
        <w:t>Dates of Employment (From - To): ____________________</w:t>
      </w:r>
      <w:r w:rsidR="00AD5597">
        <w:t>_ Pay</w:t>
      </w:r>
      <w:r>
        <w:t xml:space="preserve"> (Start/Final): _____________________</w:t>
      </w:r>
      <w:r>
        <w:br/>
        <w:t>Supervisor Name &amp; Contact: __________________________</w:t>
      </w:r>
      <w:r w:rsidR="00B975A4">
        <w:t>_ Reason</w:t>
      </w:r>
      <w:r>
        <w:t xml:space="preserve"> for Leaving: ____________________</w:t>
      </w:r>
    </w:p>
    <w:p w14:paraId="6E2D5404" w14:textId="77777777" w:rsidR="00574008" w:rsidRDefault="00574008">
      <w:pPr>
        <w:spacing w:before="200"/>
        <w:rPr>
          <w:b/>
        </w:rPr>
      </w:pPr>
    </w:p>
    <w:p w14:paraId="008E081F" w14:textId="51C3CC3B" w:rsidR="00522E45" w:rsidRDefault="00B975A4">
      <w:pPr>
        <w:spacing w:before="200"/>
      </w:pPr>
      <w:r>
        <w:rPr>
          <w:b/>
        </w:rPr>
        <w:t>[</w:t>
      </w:r>
      <w:r w:rsidRPr="00B975A4">
        <w:rPr>
          <w:b/>
          <w:sz w:val="28"/>
          <w:szCs w:val="28"/>
        </w:rPr>
        <w:t>Position</w:t>
      </w:r>
      <w:r w:rsidR="00327E6A" w:rsidRPr="00B975A4">
        <w:rPr>
          <w:b/>
          <w:sz w:val="28"/>
          <w:szCs w:val="28"/>
        </w:rPr>
        <w:t xml:space="preserve"> </w:t>
      </w:r>
      <w:r w:rsidRPr="00B975A4">
        <w:rPr>
          <w:b/>
          <w:sz w:val="28"/>
          <w:szCs w:val="28"/>
        </w:rPr>
        <w:t>[2]</w:t>
      </w:r>
    </w:p>
    <w:p w14:paraId="372345A7" w14:textId="77777777" w:rsidR="00B975A4" w:rsidRDefault="00327E6A">
      <w:r>
        <w:t>Employer Name &amp; Address: __________________________________________________________________</w:t>
      </w:r>
      <w:r>
        <w:br/>
      </w:r>
    </w:p>
    <w:p w14:paraId="58CC8386" w14:textId="673353D0" w:rsidR="00B975A4" w:rsidRDefault="00327E6A">
      <w:r>
        <w:t>Job Title &amp; Duties: _______________________________________________________________________</w:t>
      </w:r>
      <w:r>
        <w:br/>
        <w:t>Dates of Employment (From - To): ____________________</w:t>
      </w:r>
      <w:r w:rsidR="00B975A4">
        <w:t>_ Pay</w:t>
      </w:r>
      <w:r>
        <w:t xml:space="preserve"> (Start/Final): _____________________</w:t>
      </w:r>
      <w:r>
        <w:br/>
      </w:r>
    </w:p>
    <w:p w14:paraId="63DA35CC" w14:textId="59578B5D" w:rsidR="00522E45" w:rsidRDefault="00327E6A">
      <w:r>
        <w:t>Supervisor Name &amp; Contact: __________________________</w:t>
      </w:r>
      <w:r w:rsidR="00B975A4">
        <w:t>_ Reason</w:t>
      </w:r>
      <w:r>
        <w:t xml:space="preserve"> for Leaving: ____________________</w:t>
      </w:r>
    </w:p>
    <w:p w14:paraId="411FE45B" w14:textId="77777777" w:rsidR="00574008" w:rsidRDefault="00574008">
      <w:pPr>
        <w:spacing w:before="200"/>
        <w:rPr>
          <w:b/>
        </w:rPr>
      </w:pPr>
    </w:p>
    <w:p w14:paraId="454EB737" w14:textId="2EAAB0D0" w:rsidR="00522E45" w:rsidRPr="00B975A4" w:rsidRDefault="00B975A4">
      <w:pPr>
        <w:spacing w:before="200"/>
        <w:rPr>
          <w:sz w:val="28"/>
          <w:szCs w:val="28"/>
        </w:rPr>
      </w:pPr>
      <w:r w:rsidRPr="00B975A4">
        <w:rPr>
          <w:b/>
          <w:sz w:val="28"/>
          <w:szCs w:val="28"/>
        </w:rPr>
        <w:t>[Position</w:t>
      </w:r>
      <w:r w:rsidR="00327E6A" w:rsidRPr="00B975A4">
        <w:rPr>
          <w:b/>
          <w:sz w:val="28"/>
          <w:szCs w:val="28"/>
        </w:rPr>
        <w:t xml:space="preserve"> </w:t>
      </w:r>
      <w:r>
        <w:rPr>
          <w:b/>
          <w:sz w:val="28"/>
          <w:szCs w:val="28"/>
        </w:rPr>
        <w:t>[</w:t>
      </w:r>
      <w:r w:rsidRPr="00B975A4">
        <w:rPr>
          <w:b/>
          <w:sz w:val="28"/>
          <w:szCs w:val="28"/>
        </w:rPr>
        <w:t>3]</w:t>
      </w:r>
    </w:p>
    <w:p w14:paraId="66C4D9E5" w14:textId="77777777" w:rsidR="00B975A4" w:rsidRDefault="00327E6A">
      <w:r>
        <w:t>Employer Name &amp; Address: __________________________________________________________________</w:t>
      </w:r>
      <w:r>
        <w:br/>
      </w:r>
    </w:p>
    <w:p w14:paraId="75F279F5" w14:textId="5F33F181" w:rsidR="00B975A4" w:rsidRDefault="00327E6A">
      <w:r>
        <w:t>Job Title &amp; Duties: _______________________________________________________________________</w:t>
      </w:r>
      <w:r>
        <w:br/>
      </w:r>
    </w:p>
    <w:p w14:paraId="3F892718" w14:textId="1B7A2B8B" w:rsidR="00B975A4" w:rsidRDefault="00327E6A">
      <w:r>
        <w:t>Dates of Employment (From - To): ____________________</w:t>
      </w:r>
      <w:r w:rsidR="00B975A4">
        <w:t>_ Pay</w:t>
      </w:r>
      <w:r>
        <w:t xml:space="preserve"> (Start/Final): _____________________</w:t>
      </w:r>
      <w:r>
        <w:br/>
      </w:r>
    </w:p>
    <w:p w14:paraId="77D791B1" w14:textId="4A0970A5" w:rsidR="00522E45" w:rsidRDefault="00327E6A">
      <w:r>
        <w:t>Supervisor Name &amp; Contact: __________________________</w:t>
      </w:r>
      <w:r w:rsidR="00B975A4">
        <w:t>_ Reason</w:t>
      </w:r>
      <w:r>
        <w:t xml:space="preserve"> for Leaving: ____________________</w:t>
      </w:r>
    </w:p>
    <w:p w14:paraId="7DE09CF4" w14:textId="77777777" w:rsidR="00574008" w:rsidRDefault="00574008">
      <w:pPr>
        <w:spacing w:before="280"/>
        <w:rPr>
          <w:b/>
        </w:rPr>
      </w:pPr>
    </w:p>
    <w:p w14:paraId="660EE574" w14:textId="77777777" w:rsidR="00574008" w:rsidRDefault="00574008">
      <w:pPr>
        <w:spacing w:before="280"/>
        <w:rPr>
          <w:b/>
        </w:rPr>
      </w:pPr>
    </w:p>
    <w:p w14:paraId="6F36B965" w14:textId="77777777" w:rsidR="00574008" w:rsidRDefault="00574008">
      <w:pPr>
        <w:spacing w:before="280"/>
        <w:rPr>
          <w:b/>
        </w:rPr>
      </w:pPr>
    </w:p>
    <w:p w14:paraId="5E0BBFE0" w14:textId="77777777" w:rsidR="00574008" w:rsidRDefault="00574008">
      <w:pPr>
        <w:spacing w:before="280"/>
        <w:rPr>
          <w:b/>
        </w:rPr>
      </w:pPr>
    </w:p>
    <w:p w14:paraId="647175BE" w14:textId="77777777" w:rsidR="00574008" w:rsidRDefault="00574008">
      <w:pPr>
        <w:spacing w:before="280"/>
        <w:rPr>
          <w:b/>
        </w:rPr>
      </w:pPr>
    </w:p>
    <w:p w14:paraId="0B47C39E" w14:textId="77777777" w:rsidR="00574008" w:rsidRDefault="00574008">
      <w:pPr>
        <w:spacing w:before="280"/>
        <w:rPr>
          <w:b/>
        </w:rPr>
      </w:pPr>
    </w:p>
    <w:p w14:paraId="23FD35E7" w14:textId="52E579C8" w:rsidR="00522E45" w:rsidRPr="00AD5597" w:rsidRDefault="00327E6A">
      <w:pPr>
        <w:spacing w:before="280"/>
        <w:rPr>
          <w:sz w:val="40"/>
          <w:szCs w:val="40"/>
        </w:rPr>
      </w:pPr>
      <w:r w:rsidRPr="00AD5597">
        <w:rPr>
          <w:b/>
          <w:sz w:val="40"/>
          <w:szCs w:val="40"/>
        </w:rPr>
        <w:lastRenderedPageBreak/>
        <w:t>Acknowledgment and Consent</w:t>
      </w:r>
    </w:p>
    <w:p w14:paraId="4409A979" w14:textId="77777777" w:rsidR="00522E45" w:rsidRDefault="00327E6A">
      <w:r>
        <w:rPr>
          <w:b/>
        </w:rPr>
        <w:t>PLEASE READ EACH STATEMENT CAREFULLY BEFORE SIGNING</w:t>
      </w:r>
    </w:p>
    <w:p w14:paraId="41B75688" w14:textId="77777777" w:rsidR="00522E45" w:rsidRDefault="00327E6A">
      <w:pPr>
        <w:spacing w:after="120"/>
        <w:jc w:val="both"/>
      </w:pPr>
      <w:r>
        <w:t>1. I certify that all the information provided in this employment application is true and complete. I understand that any false information or omission may disqualify me from further consideration for employment and may result in my dismissal if discovered later.</w:t>
      </w:r>
    </w:p>
    <w:p w14:paraId="317F7580" w14:textId="77777777" w:rsidR="00522E45" w:rsidRDefault="00327E6A">
      <w:pPr>
        <w:spacing w:after="120"/>
        <w:jc w:val="both"/>
      </w:pPr>
      <w:r>
        <w:t>2. I authorize the investigation of any or all statements contained in this application. I also authorize, whether listed or not, any person, school, current employer, past employers, and organizations to provide relevant information and opinions that may be useful in making a hiring decision. I release such people and organizations from any legal liability in making such statements.</w:t>
      </w:r>
    </w:p>
    <w:p w14:paraId="01CB7E07" w14:textId="77777777" w:rsidR="00522E45" w:rsidRDefault="00327E6A">
      <w:pPr>
        <w:spacing w:after="120"/>
        <w:jc w:val="both"/>
      </w:pPr>
      <w:r>
        <w:t>3. I understand that I may be required to successfully pass a drug screening examination. I hereby consent to a pre- and/or post-employment drug screen as a condition of employment, if required.</w:t>
      </w:r>
    </w:p>
    <w:p w14:paraId="76AE93CD" w14:textId="77777777" w:rsidR="00522E45" w:rsidRDefault="00327E6A">
      <w:pPr>
        <w:spacing w:after="120"/>
        <w:jc w:val="both"/>
      </w:pPr>
      <w:r>
        <w:t>4. I understand that if I am extended an offer of employment, it may be conditioned upon my successfully passing a complete pre-employment physical examination. I consent to the release of any or all medical information as may be deemed necessary to judge my capability to perform the work for which I am applying.</w:t>
      </w:r>
    </w:p>
    <w:p w14:paraId="226927B2" w14:textId="77777777" w:rsidR="00522E45" w:rsidRDefault="00327E6A">
      <w:pPr>
        <w:spacing w:after="120"/>
        <w:jc w:val="both"/>
      </w:pPr>
      <w:r>
        <w:t>5. I UNDERSTAND THAT THIS APPLICATION, VERBAL STATEMENTS BY MANAGEMENT, OR SUBSEQUENT EMPLOYMENT, DOES NOT CREATE AN EXPRESS OR IMPLIED CONTRACT OF EMPLOYMENT NOR GUARANTEE EMPLOYMENT FOR ANY DEFINITE PERIOD OF TIME. I UNDERSTAND THAT IF HIRED, EMPLOYMENT IS AT THE WILL OF THE EMPLOYER AND MAY BE TERMINATED AT ANY TIME, WITH OR WITHOUT REASON AND WITH OR WITHOUT NOTICE.</w:t>
      </w:r>
    </w:p>
    <w:p w14:paraId="3724AAC3" w14:textId="77777777" w:rsidR="00522E45" w:rsidRDefault="00327E6A">
      <w:pPr>
        <w:spacing w:before="160"/>
      </w:pPr>
      <w:r>
        <w:rPr>
          <w:i/>
        </w:rPr>
        <w:t>I have read, understand, and consent to these statements.</w:t>
      </w:r>
    </w:p>
    <w:p w14:paraId="14B7BF2D" w14:textId="77777777" w:rsidR="00522E45" w:rsidRDefault="00327E6A">
      <w:pPr>
        <w:spacing w:before="280"/>
      </w:pPr>
      <w:r>
        <w:t>Signature of Applicant: __________________________________________________</w:t>
      </w:r>
      <w:r>
        <w:br/>
      </w:r>
      <w:r>
        <w:t>Printed Name:  __________________________________________________________</w:t>
      </w:r>
      <w:r>
        <w:br/>
        <w:t>Date: ________________________</w:t>
      </w:r>
    </w:p>
    <w:sectPr w:rsidR="00522E45"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425402">
    <w:abstractNumId w:val="8"/>
  </w:num>
  <w:num w:numId="2" w16cid:durableId="1698239095">
    <w:abstractNumId w:val="6"/>
  </w:num>
  <w:num w:numId="3" w16cid:durableId="991327084">
    <w:abstractNumId w:val="5"/>
  </w:num>
  <w:num w:numId="4" w16cid:durableId="1979993080">
    <w:abstractNumId w:val="4"/>
  </w:num>
  <w:num w:numId="5" w16cid:durableId="1096093960">
    <w:abstractNumId w:val="7"/>
  </w:num>
  <w:num w:numId="6" w16cid:durableId="1464153188">
    <w:abstractNumId w:val="3"/>
  </w:num>
  <w:num w:numId="7" w16cid:durableId="1983777265">
    <w:abstractNumId w:val="2"/>
  </w:num>
  <w:num w:numId="8" w16cid:durableId="608439644">
    <w:abstractNumId w:val="1"/>
  </w:num>
  <w:num w:numId="9" w16cid:durableId="174896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66E"/>
    <w:rsid w:val="00034616"/>
    <w:rsid w:val="0006063C"/>
    <w:rsid w:val="0015074B"/>
    <w:rsid w:val="0029639D"/>
    <w:rsid w:val="00326F90"/>
    <w:rsid w:val="00522E45"/>
    <w:rsid w:val="00574008"/>
    <w:rsid w:val="008C1C1D"/>
    <w:rsid w:val="00AA1D8D"/>
    <w:rsid w:val="00AD5597"/>
    <w:rsid w:val="00B47730"/>
    <w:rsid w:val="00B975A4"/>
    <w:rsid w:val="00CB0664"/>
    <w:rsid w:val="00D12F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697FDA"/>
  <w14:defaultImageDpi w14:val="300"/>
  <w15:docId w15:val="{3E6BCD2F-BB63-418B-9664-0B3378CB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6143</Characters>
  <Application>Microsoft Office Word</Application>
  <DocSecurity>0</DocSecurity>
  <Lines>133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Narad Bastola</cp:lastModifiedBy>
  <cp:revision>2</cp:revision>
  <cp:lastPrinted>2026-07-08T15:57:00Z</cp:lastPrinted>
  <dcterms:created xsi:type="dcterms:W3CDTF">2026-07-08T15:58:00Z</dcterms:created>
  <dcterms:modified xsi:type="dcterms:W3CDTF">2026-07-08T15:58:00Z</dcterms:modified>
  <cp:category/>
</cp:coreProperties>
</file>